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i w:val="0"/>
          <w:sz w:val="24"/>
        </w:rPr>
        <w:t>[Title of your abstract (up to 225 characters)]</w:t>
      </w:r>
    </w:p>
    <w:p>
      <w:pPr>
        <w:jc w:val="center"/>
      </w:pPr>
      <w:r>
        <w:rPr>
          <w:rFonts w:ascii="Arial" w:hAnsi="Arial" w:eastAsia="Arial"/>
          <w:b/>
          <w:i w:val="0"/>
          <w:sz w:val="24"/>
        </w:rPr>
        <w:t>[Presenting author: first and last name, credentials, department, college/school (if applicable), primary institutional affiliation, email address]</w:t>
      </w:r>
    </w:p>
    <w:p>
      <w:pPr>
        <w:jc w:val="center"/>
      </w:pPr>
      <w:r>
        <w:rPr>
          <w:rFonts w:ascii="Arial" w:hAnsi="Arial" w:eastAsia="Arial"/>
          <w:b/>
          <w:i w:val="0"/>
          <w:sz w:val="24"/>
        </w:rPr>
        <w:t>[Co-author: first and last name, credentials, department, institutional affiliation, email address]</w:t>
      </w:r>
    </w:p>
    <w:p>
      <w:pPr>
        <w:ind w:firstLine="720"/>
        <w:jc w:val="both"/>
      </w:pPr>
      <w:r>
        <w:rPr>
          <w:rFonts w:ascii="Arial" w:hAnsi="Arial" w:eastAsia="Arial"/>
          <w:b/>
          <w:i w:val="0"/>
          <w:sz w:val="24"/>
        </w:rPr>
        <w:t xml:space="preserve">Background: </w:t>
      </w:r>
      <w:r>
        <w:rPr>
          <w:rFonts w:ascii="Arial" w:hAnsi="Arial" w:eastAsia="Arial"/>
          <w:b w:val="0"/>
          <w:i w:val="0"/>
          <w:sz w:val="24"/>
        </w:rPr>
        <w:t>[Why this work matters: the problem or gap it addresses.]</w:t>
      </w:r>
    </w:p>
    <w:p>
      <w:pPr>
        <w:ind w:firstLine="720"/>
        <w:jc w:val="both"/>
      </w:pPr>
      <w:r>
        <w:rPr>
          <w:rFonts w:ascii="Arial" w:hAnsi="Arial" w:eastAsia="Arial"/>
          <w:b/>
          <w:i w:val="0"/>
          <w:sz w:val="24"/>
        </w:rPr>
        <w:t xml:space="preserve">Objective: </w:t>
      </w:r>
      <w:r>
        <w:rPr>
          <w:rFonts w:ascii="Arial" w:hAnsi="Arial" w:eastAsia="Arial"/>
          <w:b w:val="0"/>
          <w:i w:val="0"/>
          <w:sz w:val="24"/>
        </w:rPr>
        <w:t>[The goal of the work.]</w:t>
      </w:r>
    </w:p>
    <w:p>
      <w:pPr>
        <w:ind w:firstLine="720"/>
        <w:jc w:val="both"/>
      </w:pPr>
      <w:r>
        <w:rPr>
          <w:rFonts w:ascii="Arial" w:hAnsi="Arial" w:eastAsia="Arial"/>
          <w:b/>
          <w:i w:val="0"/>
          <w:sz w:val="24"/>
        </w:rPr>
        <w:t xml:space="preserve">Methods: </w:t>
      </w:r>
      <w:r>
        <w:rPr>
          <w:rFonts w:ascii="Arial" w:hAnsi="Arial" w:eastAsia="Arial"/>
          <w:b w:val="0"/>
          <w:i w:val="0"/>
          <w:sz w:val="24"/>
        </w:rPr>
        <w:t>[How it was studied or built.]</w:t>
      </w:r>
    </w:p>
    <w:p>
      <w:pPr>
        <w:ind w:firstLine="720"/>
        <w:jc w:val="both"/>
      </w:pPr>
      <w:r>
        <w:rPr>
          <w:rFonts w:ascii="Arial" w:hAnsi="Arial" w:eastAsia="Arial"/>
          <w:b/>
          <w:i w:val="0"/>
          <w:sz w:val="24"/>
        </w:rPr>
        <w:t xml:space="preserve">Results: </w:t>
      </w:r>
      <w:r>
        <w:rPr>
          <w:rFonts w:ascii="Arial" w:hAnsi="Arial" w:eastAsia="Arial"/>
          <w:b w:val="0"/>
          <w:i w:val="0"/>
          <w:sz w:val="24"/>
        </w:rPr>
        <w:t>[What you found. Required: abstracts without results, or case reports, are not accepted.]</w:t>
      </w:r>
    </w:p>
    <w:p>
      <w:pPr>
        <w:ind w:firstLine="720"/>
        <w:jc w:val="both"/>
      </w:pPr>
      <w:r>
        <w:rPr>
          <w:rFonts w:ascii="Arial" w:hAnsi="Arial" w:eastAsia="Arial"/>
          <w:b/>
          <w:i w:val="0"/>
          <w:sz w:val="24"/>
        </w:rPr>
        <w:t xml:space="preserve">Discussion/Conclusion: </w:t>
      </w:r>
      <w:r>
        <w:rPr>
          <w:rFonts w:ascii="Arial" w:hAnsi="Arial" w:eastAsia="Arial"/>
          <w:b w:val="0"/>
          <w:i w:val="0"/>
          <w:sz w:val="24"/>
        </w:rPr>
        <w:t>[What it means and why it matters.]</w:t>
      </w:r>
    </w:p>
    <w:p>
      <w:pPr>
        <w:ind w:firstLine="720"/>
        <w:jc w:val="both"/>
      </w:pPr>
      <w:r>
        <w:rPr>
          <w:rFonts w:ascii="Arial" w:hAnsi="Arial" w:eastAsia="Arial"/>
          <w:b/>
          <w:i w:val="0"/>
          <w:sz w:val="24"/>
        </w:rPr>
        <w:t xml:space="preserve">Acknowledgements and funding support: </w:t>
      </w:r>
      <w:r>
        <w:rPr>
          <w:rFonts w:ascii="Arial" w:hAnsi="Arial" w:eastAsia="Arial"/>
          <w:b w:val="0"/>
          <w:i w:val="0"/>
          <w:sz w:val="24"/>
        </w:rPr>
        <w:t>[Name any funding sources, grants and people to acknowledge.]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40" w:line="240" w:lineRule="auto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BRDG Health Summit abstract template</dc:title>
  <dc:subject>Formatted abstract document</dc:subject>
  <dc:creator>BRDG Health Summit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